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3A5F"/>
          <w:sz w:val="40"/>
        </w:rPr>
        <w:t>「AI 智能管家」客户方案</w:t>
      </w:r>
    </w:p>
    <w:p>
      <w:r>
        <w:rPr>
          <w:sz w:val="20"/>
        </w:rPr>
        <w:t>客户对象：想要一个 AI 助手帮他整理文件、做电脑操作，但暂时不需要管理系统的客户</w:t>
      </w:r>
    </w:p>
    <w:p>
      <w:r>
        <w:rPr>
          <w:sz w:val="20"/>
        </w:rPr>
        <w:t>核心思路：卖"一台专属 AI 管家"，不暴露底层技术，走长期订阅</w:t>
      </w:r>
    </w:p>
    <w:p>
      <w:r>
        <w:rPr>
          <w:b/>
          <w:color w:val="1F3A5F"/>
          <w:sz w:val="34"/>
        </w:rPr>
        <w:t>一、产品怎么"包皮"（客户能看到的）</w:t>
      </w:r>
    </w:p>
    <w:p>
      <w:r>
        <w:rPr>
          <w:sz w:val="22"/>
        </w:rPr>
        <w:t>客户看到的不是"OpenClaw""系统""云端"，就是一个他自己的</w:t>
      </w:r>
      <w:r>
        <w:rPr>
          <w:b/>
          <w:sz w:val="22"/>
        </w:rPr>
        <w:t>智能管家软件</w:t>
      </w:r>
      <w:r>
        <w:rPr>
          <w:sz w:val="22"/>
        </w:rPr>
        <w:t>。给他看的成品长这样：</w:t>
      </w:r>
    </w:p>
    <w:p>
      <w:r>
        <w:rPr>
          <w:b/>
          <w:sz w:val="22"/>
        </w:rPr>
        <w:t>1. 名字</w:t>
      </w:r>
    </w:p>
    <w:p>
      <w:r>
        <w:rPr>
          <w:sz w:val="22"/>
        </w:rPr>
        <w:t xml:space="preserve">• 不要叫"AI助手""系统"，叫 </w:t>
      </w:r>
      <w:r>
        <w:rPr>
          <w:b/>
          <w:sz w:val="22"/>
        </w:rPr>
        <w:t>「XX 智能管家」</w:t>
      </w:r>
      <w:r>
        <w:rPr>
          <w:sz w:val="22"/>
        </w:rPr>
        <w:t>（XX 可用他姓氏或公司名，让他觉得是专属的）</w:t>
      </w:r>
    </w:p>
    <w:p>
      <w:r>
        <w:rPr>
          <w:sz w:val="22"/>
        </w:rPr>
        <w:t>• 备选名：专属助理 / 私人管家 / 智能秘书</w:t>
      </w:r>
    </w:p>
    <w:p>
      <w:r>
        <w:rPr>
          <w:b/>
          <w:sz w:val="22"/>
        </w:rPr>
        <w:t>2. 呈现形态（二选一，推荐先做这个）</w:t>
      </w:r>
    </w:p>
    <w:p>
      <w:r>
        <w:rPr>
          <w:sz w:val="22"/>
        </w:rPr>
        <w:t xml:space="preserve">• </w:t>
      </w:r>
      <w:r>
        <w:rPr>
          <w:b/>
          <w:sz w:val="22"/>
        </w:rPr>
        <w:t>一个小程序（本地桌面）</w:t>
      </w:r>
      <w:r>
        <w:rPr>
          <w:sz w:val="22"/>
        </w:rPr>
        <w:t>：他电脑桌面有个小图标，双击打开一个清爽的对话窗口。平时缩在屏幕角落，喊它/点它就能说话。</w:t>
      </w:r>
    </w:p>
    <w:p>
      <w:r>
        <w:rPr>
          <w:sz w:val="22"/>
        </w:rPr>
        <w:t xml:space="preserve">• </w:t>
      </w:r>
      <w:r>
        <w:rPr>
          <w:b/>
          <w:sz w:val="22"/>
        </w:rPr>
        <w:t>一个网页登录</w:t>
      </w:r>
      <w:r>
        <w:rPr>
          <w:sz w:val="22"/>
        </w:rPr>
        <w:t xml:space="preserve">：浏览器打开你的专属网址，登录就用。（更隐蔽，但操作文件受限）—— </w:t>
      </w:r>
      <w:r>
        <w:rPr>
          <w:b/>
          <w:sz w:val="22"/>
        </w:rPr>
        <w:t>前期推荐先卖这个，最干净</w:t>
      </w:r>
    </w:p>
    <w:p>
      <w:r>
        <w:rPr>
          <w:b/>
          <w:sz w:val="22"/>
        </w:rPr>
        <w:t>3. 他打开看到什么</w:t>
      </w:r>
    </w:p>
    <w:p>
      <w:r>
        <w:rPr>
          <w:sz w:val="22"/>
        </w:rPr>
        <w:t>• 一个对话框 + 一个输入框，长得跟微信聊天框差不多，他不用学</w:t>
      </w:r>
    </w:p>
    <w:p>
      <w:r>
        <w:rPr>
          <w:sz w:val="22"/>
        </w:rPr>
        <w:t>• 左侧/上方可以挂"快捷功能"：整理桌面、归档文档、找文件、转格式、写材料</w:t>
      </w:r>
    </w:p>
    <w:p>
      <w:r>
        <w:rPr>
          <w:sz w:val="22"/>
        </w:rPr>
        <w:t>• 顶部显示你的logo + "XX智能管家"，全程没有OpenClaw任何字样</w:t>
      </w:r>
    </w:p>
    <w:p>
      <w:r>
        <w:rPr>
          <w:b/>
          <w:sz w:val="22"/>
        </w:rPr>
        <w:t>4. 他怎么用（举例，你就这么演示给他）</w:t>
      </w:r>
    </w:p>
    <w:p>
      <w:r>
        <w:rPr>
          <w:sz w:val="22"/>
        </w:rPr>
        <w:t>• "帮我把桌面文件按类型归到文件夹"</w:t>
      </w:r>
    </w:p>
    <w:p>
      <w:r>
        <w:rPr>
          <w:sz w:val="22"/>
        </w:rPr>
        <w:t>• "把这个合同PDF转成Word，改名放桌面"</w:t>
      </w:r>
    </w:p>
    <w:p>
      <w:r>
        <w:rPr>
          <w:sz w:val="22"/>
        </w:rPr>
        <w:t>• "整理一下我这周的会议记录，按日期排好"</w:t>
      </w:r>
    </w:p>
    <w:p>
      <w:r>
        <w:rPr>
          <w:sz w:val="22"/>
        </w:rPr>
        <w:t>• "帮我起个房租合同的模板"</w:t>
      </w:r>
    </w:p>
    <w:p>
      <w:r>
        <w:rPr>
          <w:b/>
          <w:color w:val="1F3A5F"/>
          <w:sz w:val="34"/>
        </w:rPr>
        <w:t>二、底层其实是这样的（你自己知道就行，别跟客户说）</w:t>
      </w:r>
    </w:p>
    <w:p>
      <w:r>
        <w:rPr>
          <w:sz w:val="22"/>
        </w:rPr>
        <w:t>• 他本地：一个</w:t>
      </w:r>
      <w:r>
        <w:rPr>
          <w:b/>
          <w:sz w:val="22"/>
        </w:rPr>
        <w:t>轻客户端</w:t>
      </w:r>
      <w:r>
        <w:rPr>
          <w:sz w:val="22"/>
        </w:rPr>
        <w:t>（只负责看文件、执行操作），界面是你的皮</w:t>
      </w:r>
    </w:p>
    <w:p>
      <w:r>
        <w:rPr>
          <w:sz w:val="22"/>
        </w:rPr>
        <w:t>• 你云端：</w:t>
      </w:r>
      <w:r>
        <w:rPr>
          <w:b/>
          <w:sz w:val="22"/>
        </w:rPr>
        <w:t>一个独立OpenClaw实例</w:t>
      </w:r>
      <w:r>
        <w:rPr>
          <w:sz w:val="22"/>
        </w:rPr>
        <w:t>（大脑），你的专属分身，懂他、能持续学</w:t>
      </w:r>
    </w:p>
    <w:p>
      <w:r>
        <w:rPr>
          <w:sz w:val="22"/>
        </w:rPr>
        <w:t>• 隔离：每个客户一个独立隔间/知识库，互不可见，他数据还能本地存一份</w:t>
      </w:r>
    </w:p>
    <w:p>
      <w:r>
        <w:rPr>
          <w:sz w:val="22"/>
        </w:rPr>
        <w:t xml:space="preserve">• 大脑在你云端 → 你随时能更新、升级、调口径 → </w:t>
      </w:r>
      <w:r>
        <w:rPr>
          <w:b/>
          <w:sz w:val="22"/>
        </w:rPr>
        <w:t>长期订阅的理由</w:t>
      </w:r>
    </w:p>
    <w:p>
      <w:r>
        <w:rPr>
          <w:b/>
          <w:color w:val="1F3A5F"/>
          <w:sz w:val="34"/>
        </w:rPr>
        <w:t>三、跟客户怎么说（话术）</w:t>
      </w:r>
    </w:p>
    <w:p>
      <w:r>
        <w:rPr>
          <w:b/>
          <w:sz w:val="22"/>
        </w:rPr>
        <w:t>开场（先摸他真实需求）</w:t>
      </w:r>
    </w:p>
    <w:p>
      <w:r>
        <w:rPr>
          <w:sz w:val="20"/>
        </w:rPr>
        <w:t>"您主要是想让它帮您干嘛？整理文件、管文档、还是平时写点材料？我先听听您平时最头疼哪些事。"</w:t>
      </w:r>
    </w:p>
    <w:p>
      <w:r>
        <w:rPr>
          <w:b/>
          <w:sz w:val="22"/>
        </w:rPr>
        <w:t>讲价值（不碰技术，讲"手"和"脑"）</w:t>
      </w:r>
    </w:p>
    <w:p>
      <w:r>
        <w:rPr>
          <w:sz w:val="20"/>
        </w:rPr>
        <w:t>"这个管家是这样：它的手在您这儿——能直接帮您整理电脑里的文件、做操作；它的脑子在我这儿——我会持续教它懂您的习惯和业务，所以它会越来越懂您。像雇了个不会累的助理。"</w:t>
      </w:r>
    </w:p>
    <w:p>
      <w:r>
        <w:rPr>
          <w:b/>
          <w:sz w:val="22"/>
        </w:rPr>
        <w:t>打消隐私顾虑</w:t>
      </w:r>
    </w:p>
    <w:p>
      <w:r>
        <w:rPr>
          <w:sz w:val="20"/>
        </w:rPr>
        <w:t>"您放心，您的数据和文件都在您自己电脑上，它是帮您操作的。我只是负责给它升级和维护，看不到您具体东西。您的就是您的。"</w:t>
      </w:r>
    </w:p>
    <w:p>
      <w:r>
        <w:rPr>
          <w:b/>
          <w:sz w:val="22"/>
        </w:rPr>
        <w:t>报价逻辑（长期订阅）</w:t>
      </w:r>
    </w:p>
    <w:p>
      <w:r>
        <w:rPr>
          <w:sz w:val="22"/>
        </w:rPr>
        <w:t>• 一次性开通费（装好、教好、配好，让他用顺）</w:t>
      </w:r>
    </w:p>
    <w:p>
      <w:r>
        <w:rPr>
          <w:sz w:val="22"/>
        </w:rPr>
        <w:t>• 每月订阅费（升级 + 维护 + 持续教它懂你）</w:t>
      </w:r>
    </w:p>
    <w:p>
      <w:r>
        <w:rPr>
          <w:sz w:val="22"/>
        </w:rPr>
        <w:t>• 说完补一句："这个管家不是卖给您就完事，我每个月都帮您调、帮您升级，所以收的是服务费。"</w:t>
      </w:r>
    </w:p>
    <w:p>
      <w:r>
        <w:rPr>
          <w:b/>
          <w:sz w:val="22"/>
        </w:rPr>
        <w:t>谈长期（埋钩子）</w:t>
      </w:r>
    </w:p>
    <w:p>
      <w:r>
        <w:rPr>
          <w:sz w:val="20"/>
        </w:rPr>
        <w:t>"现在先让它帮您把电脑管起来。以后您业务要是想更省事，我还能让它在管文件之外，帮您管点业务上的事——那个到时候可以加，一步步来。"</w:t>
      </w:r>
    </w:p>
    <w:p>
      <w:r>
        <w:rPr>
          <w:b/>
          <w:sz w:val="22"/>
        </w:rPr>
        <w:t>应对"这贵不贵"</w:t>
      </w:r>
    </w:p>
    <w:p>
      <w:r>
        <w:rPr>
          <w:sz w:val="20"/>
        </w:rPr>
        <w:t>"它相当于您半个员工，但不用发工资、不用请假、不闹情绪，一个月就这点钱。而且您用顺了，我再帮您加功能，价格还给您老客户价。"</w:t>
      </w:r>
    </w:p>
    <w:p>
      <w:r>
        <w:rPr>
          <w:b/>
          <w:color w:val="1F3A5F"/>
          <w:sz w:val="34"/>
        </w:rPr>
        <w:t>四、销售SOP（怎么一步步谈成）</w:t>
      </w:r>
    </w:p>
    <w:p>
      <w:r>
        <w:rPr>
          <w:sz w:val="22"/>
        </w:rPr>
        <w:t xml:space="preserve">1. </w:t>
      </w:r>
      <w:r>
        <w:rPr>
          <w:b/>
          <w:sz w:val="22"/>
        </w:rPr>
        <w:t>摸底</w:t>
      </w:r>
      <w:r>
        <w:rPr>
          <w:sz w:val="22"/>
        </w:rPr>
        <w:t>：先听他讲痛点，别急着报方案</w:t>
      </w:r>
    </w:p>
    <w:p>
      <w:r>
        <w:rPr>
          <w:sz w:val="22"/>
        </w:rPr>
        <w:t xml:space="preserve">2. </w:t>
      </w:r>
      <w:r>
        <w:rPr>
          <w:b/>
          <w:sz w:val="22"/>
        </w:rPr>
        <w:t>演示</w:t>
      </w:r>
      <w:r>
        <w:rPr>
          <w:sz w:val="22"/>
        </w:rPr>
        <w:t>：现场/视频演示"整理文件、找文件"这俩最直观的</w:t>
      </w:r>
    </w:p>
    <w:p>
      <w:r>
        <w:rPr>
          <w:sz w:val="22"/>
        </w:rPr>
        <w:t xml:space="preserve">3. </w:t>
      </w:r>
      <w:r>
        <w:rPr>
          <w:b/>
          <w:sz w:val="22"/>
        </w:rPr>
        <w:t>给皮</w:t>
      </w:r>
      <w:r>
        <w:rPr>
          <w:sz w:val="22"/>
        </w:rPr>
        <w:t>：亮出"XX智能管家"，让他有"买了个专属东西"的感觉</w:t>
      </w:r>
    </w:p>
    <w:p>
      <w:r>
        <w:rPr>
          <w:sz w:val="22"/>
        </w:rPr>
        <w:t xml:space="preserve">4. </w:t>
      </w:r>
      <w:r>
        <w:rPr>
          <w:b/>
          <w:sz w:val="22"/>
        </w:rPr>
        <w:t>报价</w:t>
      </w:r>
      <w:r>
        <w:rPr>
          <w:sz w:val="22"/>
        </w:rPr>
        <w:t>：开通费 + 月订阅，分档让他选</w:t>
      </w:r>
    </w:p>
    <w:p>
      <w:r>
        <w:rPr>
          <w:sz w:val="22"/>
        </w:rPr>
        <w:t xml:space="preserve">5. </w:t>
      </w:r>
      <w:r>
        <w:rPr>
          <w:b/>
          <w:sz w:val="22"/>
        </w:rPr>
        <w:t>埋钩</w:t>
      </w:r>
      <w:r>
        <w:rPr>
          <w:sz w:val="22"/>
        </w:rPr>
        <w:t>：说清以后能升级管业务，留长期服务空间</w:t>
      </w:r>
    </w:p>
    <w:p>
      <w:r>
        <w:rPr>
          <w:sz w:val="22"/>
        </w:rPr>
        <w:t xml:space="preserve">6. </w:t>
      </w:r>
      <w:r>
        <w:rPr>
          <w:b/>
          <w:sz w:val="22"/>
        </w:rPr>
        <w:t>转介绍</w:t>
      </w:r>
      <w:r>
        <w:rPr>
          <w:sz w:val="22"/>
        </w:rPr>
        <w:t>：用顺了提一句"您身边有需要的朋友也能介绍，我给您返利/优惠"</w:t>
      </w:r>
    </w:p>
    <w:p>
      <w:r>
        <w:rPr>
          <w:b/>
          <w:color w:val="1F3A5F"/>
          <w:sz w:val="34"/>
        </w:rPr>
        <w:t>五、几个客户可能会问的问题（提前备好答案）</w:t>
      </w:r>
    </w:p>
    <w:p>
      <w:r>
        <w:rPr>
          <w:sz w:val="22"/>
        </w:rPr>
        <w:t xml:space="preserve">• </w:t>
      </w:r>
      <w:r>
        <w:rPr>
          <w:b/>
          <w:sz w:val="22"/>
        </w:rPr>
        <w:t>"这安全吗？会不会看我东西？"</w:t>
      </w:r>
      <w:r>
        <w:rPr>
          <w:sz w:val="22"/>
        </w:rPr>
        <w:t xml:space="preserve"> → 数据和文件在你电脑上，我只是帮你操作+维护</w:t>
      </w:r>
    </w:p>
    <w:p>
      <w:r>
        <w:rPr>
          <w:sz w:val="22"/>
        </w:rPr>
        <w:t xml:space="preserve">• </w:t>
      </w:r>
      <w:r>
        <w:rPr>
          <w:b/>
          <w:sz w:val="22"/>
        </w:rPr>
        <w:t>"我电脑会变慢吗？"</w:t>
      </w:r>
      <w:r>
        <w:rPr>
          <w:sz w:val="22"/>
        </w:rPr>
        <w:t xml:space="preserve"> → 它很轻，日常不影响，重活在我这边云上</w:t>
      </w:r>
    </w:p>
    <w:p>
      <w:r>
        <w:rPr>
          <w:sz w:val="22"/>
        </w:rPr>
        <w:t xml:space="preserve">• </w:t>
      </w:r>
      <w:r>
        <w:rPr>
          <w:b/>
          <w:sz w:val="22"/>
        </w:rPr>
        <w:t>"我去哪找它？"</w:t>
      </w:r>
      <w:r>
        <w:rPr>
          <w:sz w:val="22"/>
        </w:rPr>
        <w:t xml:space="preserve"> → 桌面/网页登录就行，跟聊微信一样简单</w:t>
      </w:r>
    </w:p>
    <w:p>
      <w:r>
        <w:rPr>
          <w:sz w:val="22"/>
        </w:rPr>
        <w:t xml:space="preserve">• </w:t>
      </w:r>
      <w:r>
        <w:rPr>
          <w:b/>
          <w:sz w:val="22"/>
        </w:rPr>
        <w:t>"我不用了会怎样？"</w:t>
      </w:r>
      <w:r>
        <w:rPr>
          <w:sz w:val="22"/>
        </w:rPr>
        <w:t xml:space="preserve"> → 文件都在您自己电脑，随时能停，之前整理好的都在</w:t>
      </w:r>
    </w:p>
    <w:p>
      <w:r>
        <w:rPr>
          <w:sz w:val="22"/>
        </w:rPr>
        <w:t xml:space="preserve">• </w:t>
      </w:r>
      <w:r>
        <w:rPr>
          <w:b/>
          <w:sz w:val="22"/>
        </w:rPr>
        <w:t>"为什么收月费？"</w:t>
      </w:r>
      <w:r>
        <w:rPr>
          <w:sz w:val="22"/>
        </w:rPr>
        <w:t xml:space="preserve"> → 因为它会持续升级、越来越懂您，我每个月都服务</w:t>
      </w:r>
    </w:p>
    <w:p>
      <w:r>
        <w:rPr>
          <w:b/>
          <w:color w:val="1F3A5F"/>
          <w:sz w:val="34"/>
        </w:rPr>
        <w:t>六、成交后你要做的（交付清单）</w:t>
      </w:r>
    </w:p>
    <w:p>
      <w:r>
        <w:rPr>
          <w:sz w:val="22"/>
        </w:rPr>
        <w:t>1. 给他开通云端实例（独立隔间 + 他的专属知识库）</w:t>
      </w:r>
    </w:p>
    <w:p>
      <w:r>
        <w:rPr>
          <w:sz w:val="22"/>
        </w:rPr>
        <w:t>2. 给他装好本地轻客户端/给网页入口，包好你的皮</w:t>
      </w:r>
    </w:p>
    <w:p>
      <w:r>
        <w:rPr>
          <w:sz w:val="22"/>
        </w:rPr>
        <w:t>3. 教他第一个动作（整理桌面），让他立刻有获得感</w:t>
      </w:r>
    </w:p>
    <w:p>
      <w:r>
        <w:rPr>
          <w:sz w:val="22"/>
        </w:rPr>
        <w:t>4. 建个简易服务台账：他每个月用了啥、下次升级啥</w:t>
      </w:r>
    </w:p>
    <w:p>
      <w:r>
        <w:rPr>
          <w:sz w:val="22"/>
        </w:rPr>
        <w:t>5. 约定每月一次"管家调优"（远程帮他优化、加功能）——这就是续费的价值证据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