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5F"/>
          <w:sz w:val="40"/>
        </w:rPr>
        <w:t>智友 v3 · 40 个动作逐一测试清单</w:t>
      </w:r>
    </w:p>
    <w:p>
      <w:r>
        <w:rPr>
          <w:b/>
          <w:sz w:val="22"/>
        </w:rPr>
        <w:t>版本</w:t>
      </w:r>
      <w:r>
        <w:rPr>
          <w:sz w:val="22"/>
        </w:rPr>
        <w:t xml:space="preserve">：v3.0.3　|　</w:t>
      </w:r>
      <w:r>
        <w:rPr>
          <w:b/>
          <w:sz w:val="22"/>
        </w:rPr>
        <w:t>审计状态</w:t>
      </w:r>
      <w:r>
        <w:rPr>
          <w:sz w:val="22"/>
        </w:rPr>
        <w:t>：契约表 ↔ Python执行器 ↔ Electron客户端 ↔ AI提示词 四侧 40/40 全绿</w:t>
      </w:r>
    </w:p>
    <w:p>
      <w:r>
        <w:rPr>
          <w:b/>
          <w:sz w:val="22"/>
        </w:rPr>
        <w:t>用途</w:t>
      </w:r>
      <w:r>
        <w:rPr>
          <w:sz w:val="22"/>
        </w:rPr>
        <w:t>：董事长在真机上一句话一个动作地测，测完在本表标记</w:t>
      </w:r>
    </w:p>
    <w:p>
      <w:r>
        <w:rPr>
          <w:b/>
          <w:color w:val="1F3A5F"/>
          <w:sz w:val="34"/>
        </w:rPr>
        <w:t>📋 测试方法</w:t>
      </w:r>
    </w:p>
    <w:p>
      <w:r>
        <w:rPr>
          <w:sz w:val="22"/>
        </w:rPr>
        <w:t>对每个动作，在智友里直接说人话（下表的</w:t>
      </w:r>
      <w:r>
        <w:rPr>
          <w:b/>
          <w:sz w:val="22"/>
        </w:rPr>
        <w:t>口语指令</w:t>
      </w:r>
      <w:r>
        <w:rPr>
          <w:sz w:val="22"/>
        </w:rPr>
        <w:t>列），看：</w:t>
      </w:r>
    </w:p>
    <w:p>
      <w:r>
        <w:rPr>
          <w:sz w:val="22"/>
        </w:rPr>
        <w:t>1. 智友有没有正确理解（拆出对的动作用了对的参数）</w:t>
      </w:r>
    </w:p>
    <w:p>
      <w:r>
        <w:rPr>
          <w:sz w:val="22"/>
        </w:rPr>
        <w:t xml:space="preserve">2. 任务是否 </w:t>
      </w:r>
      <w:r>
        <w:rPr>
          <w:rFonts w:ascii="Consolas" w:hAnsi="Consolas" w:eastAsia="Consolas"/>
          <w:sz w:val="22"/>
        </w:rPr>
        <w:t>done</w:t>
      </w:r>
      <w:r>
        <w:rPr>
          <w:sz w:val="22"/>
        </w:rPr>
        <w:t>（成功）</w:t>
      </w:r>
    </w:p>
    <w:p>
      <w:r>
        <w:rPr>
          <w:sz w:val="22"/>
        </w:rPr>
        <w:t>3. 结果对不对（文件真生成了吗/内容对不对）</w:t>
      </w:r>
    </w:p>
    <w:p>
      <w:r>
        <w:rPr>
          <w:b/>
          <w:sz w:val="22"/>
        </w:rPr>
        <w:t>测试前必读</w:t>
      </w:r>
      <w:r>
        <w:rPr>
          <w:sz w:val="22"/>
        </w:rPr>
        <w:t>（血的教训）：</w:t>
      </w:r>
    </w:p>
    <w:p>
      <w:r>
        <w:rPr>
          <w:sz w:val="22"/>
        </w:rPr>
        <w:t xml:space="preserve">• ⛔ </w:t>
      </w:r>
      <w:r>
        <w:rPr>
          <w:b/>
          <w:sz w:val="22"/>
        </w:rPr>
        <w:t>不许用正式账号跑测试脚本</w:t>
      </w:r>
      <w:r>
        <w:rPr>
          <w:sz w:val="22"/>
        </w:rPr>
        <w:t>，只准手工一句话一句话测，或只用 demo 账号</w:t>
      </w:r>
    </w:p>
    <w:p>
      <w:r>
        <w:rPr>
          <w:sz w:val="22"/>
        </w:rPr>
        <w:t>• ⛔ 删除类动作（</w:t>
      </w:r>
      <w:r>
        <w:rPr>
          <w:rFonts w:ascii="Consolas" w:hAnsi="Consolas" w:eastAsia="Consolas"/>
          <w:sz w:val="22"/>
        </w:rPr>
        <w:t>fs.delete</w:t>
      </w:r>
      <w:r>
        <w:rPr>
          <w:sz w:val="22"/>
        </w:rPr>
        <w:t>）默认</w:t>
      </w:r>
      <w:r>
        <w:rPr>
          <w:b/>
          <w:sz w:val="22"/>
        </w:rPr>
        <w:t>只试运行</w:t>
      </w:r>
      <w:r>
        <w:rPr>
          <w:sz w:val="22"/>
        </w:rPr>
        <w:t>，必须回"确认"才真删——测删除时用废文件</w:t>
      </w:r>
    </w:p>
    <w:p>
      <w:r>
        <w:rPr>
          <w:sz w:val="22"/>
        </w:rPr>
        <w:t>• ⛔ 批量动作（</w:t>
      </w:r>
      <w:r>
        <w:rPr>
          <w:rFonts w:ascii="Consolas" w:hAnsi="Consolas" w:eastAsia="Consolas"/>
          <w:sz w:val="22"/>
        </w:rPr>
        <w:t>file.rename_batch</w:t>
      </w:r>
      <w:r>
        <w:rPr>
          <w:sz w:val="22"/>
        </w:rPr>
        <w:t xml:space="preserve"> / </w:t>
      </w:r>
      <w:r>
        <w:rPr>
          <w:rFonts w:ascii="Consolas" w:hAnsi="Consolas" w:eastAsia="Consolas"/>
          <w:sz w:val="22"/>
        </w:rPr>
        <w:t>file.organize</w:t>
      </w:r>
      <w:r>
        <w:rPr>
          <w:sz w:val="22"/>
        </w:rPr>
        <w:t xml:space="preserve">）默认 </w:t>
      </w:r>
      <w:r>
        <w:rPr>
          <w:b/>
          <w:sz w:val="22"/>
        </w:rPr>
        <w:t>dry_run</w:t>
      </w:r>
      <w:r>
        <w:rPr>
          <w:sz w:val="22"/>
        </w:rPr>
        <w:t>，先看预览再放行</w:t>
      </w:r>
    </w:p>
    <w:p>
      <w:r>
        <w:rPr>
          <w:sz w:val="22"/>
        </w:rPr>
        <w:t>• 测试用文件请放在</w:t>
      </w:r>
      <w:r>
        <w:rPr>
          <w:b/>
          <w:sz w:val="22"/>
        </w:rPr>
        <w:t>桌面 / D盘 / E盘</w:t>
      </w:r>
      <w:r>
        <w:rPr>
          <w:sz w:val="22"/>
        </w:rPr>
        <w:t>（白名单内），别放 C:\Program Files</w:t>
      </w:r>
    </w:p>
    <w:p>
      <w:r>
        <w:rPr>
          <w:sz w:val="22"/>
        </w:rPr>
        <w:t>• 白名单目录：桌面、文档、下载、图片、D:\、E:\</w:t>
      </w:r>
    </w:p>
    <w:p>
      <w:r>
        <w:rPr>
          <w:b/>
          <w:sz w:val="22"/>
        </w:rPr>
        <w:t>测试结果标记</w:t>
      </w:r>
      <w:r>
        <w:rPr>
          <w:sz w:val="22"/>
        </w:rPr>
        <w:t>：✅ 通过　⚠️ 能用但结果不对　❌ 报错（把屏幕上的错误原文记下来）</w:t>
      </w:r>
    </w:p>
    <w:p>
      <w:r>
        <w:rPr>
          <w:b/>
          <w:color w:val="1F3A5F"/>
          <w:sz w:val="34"/>
        </w:rPr>
        <w:t>一、文件操作（11 个）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20"/>
              </w:rPr>
              <w:t>#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动作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口语指令（照说）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结果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fs.mkdir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帮我新建一个文件夹，叫"测试专用"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fs.list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列出我桌面上都有什么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fs.search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帮我找找电脑里名字带"智友"的文件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fs.copy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把桌面那个"测试.docx"复制到D盘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fs.move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把D盘那个"测试.docx"移到桌面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fs.rename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把桌面"测试.docx"改名叫"改好了.docx"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fs.delete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把桌面"改好了.docx"删掉（先看它试运行预览）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file.rename_batch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把桌面"测试专用"文件夹里的文件批量重命名，加前缀"9月"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file.organize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把桌面"测试专用"文件夹里的文件按类型自动归类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file.hash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算一下桌面"测试.docx"的MD5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11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file.dedupe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看看D盘"测试专用"里有没有重复文件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</w:tbl>
    <w:p>
      <w:r>
        <w:rPr>
          <w:b/>
          <w:color w:val="1F3A5F"/>
          <w:sz w:val="34"/>
        </w:rPr>
        <w:t>二、云端传输（3 个）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20"/>
              </w:rPr>
              <w:t>#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动作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口语指令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结果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file.upload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把桌面"测试.docx"传到你那边去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13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file.download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从你那边把"测试.docx"下载到我桌面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14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file.list_remote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你那边现在有哪些文件？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</w:tbl>
    <w:p>
      <w:r>
        <w:rPr>
          <w:b/>
          <w:color w:val="1F3A5F"/>
          <w:sz w:val="34"/>
        </w:rPr>
        <w:t>三、文档读写（5 个）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20"/>
              </w:rPr>
              <w:t>#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动作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口语指令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结果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doc.read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读一下桌面"测试.docx"里写了什么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16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doc.write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在桌面新建一个Word，写"第一行\\n第二行"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17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xls.read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读一下桌面"测试表.xlsx"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18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xls.write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新建个表格，两列：姓名、电话，填两行测试数据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19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ppt.read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读一下桌面"测试.pptx"的文字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</w:tbl>
    <w:p>
      <w:r>
        <w:rPr>
          <w:b/>
          <w:color w:val="1F3A5F"/>
          <w:sz w:val="34"/>
        </w:rPr>
        <w:t>四、PDF（3 个）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20"/>
              </w:rPr>
              <w:t>#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动作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口语指令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结果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20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pdf.merge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把桌面a.pdf和b.pdf合并成一个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21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pdf.split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把桌面那个合并后的PDF拆开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pdf.extract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把桌面那个PDF里的图片提取出来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</w:tbl>
    <w:p>
      <w:r>
        <w:rPr>
          <w:b/>
          <w:color w:val="1F3A5F"/>
          <w:sz w:val="34"/>
        </w:rPr>
        <w:t>五、Office（2 个）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20"/>
              </w:rPr>
              <w:t>#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动作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口语指令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结果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23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office.open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帮我打开桌面"测试.docx"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24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office.to_pdf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把桌面"测试.docx"转成PDF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</w:tbl>
    <w:p>
      <w:r>
        <w:rPr>
          <w:b/>
          <w:color w:val="1F3A5F"/>
          <w:sz w:val="34"/>
        </w:rPr>
        <w:t>六、压缩（2 个）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20"/>
              </w:rPr>
              <w:t>#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动作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口语指令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结果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25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dir.zip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把桌面"测试专用"文件夹打包成zip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26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dir.unzip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把桌面那个zip解压到D盘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</w:tbl>
    <w:p>
      <w:r>
        <w:rPr>
          <w:b/>
          <w:color w:val="1F3A5F"/>
          <w:sz w:val="34"/>
        </w:rPr>
        <w:t>七、图片（3 个）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20"/>
              </w:rPr>
              <w:t>#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动作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口语指令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结果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27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img.convert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把桌面"图片.png"转成jpg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28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img.compress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把桌面那张jpg压缩一下，要小一点的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29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img.resize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把桌面那张图缩放到宽800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</w:tbl>
    <w:p>
      <w:r>
        <w:rPr>
          <w:b/>
          <w:color w:val="1F3A5F"/>
          <w:sz w:val="34"/>
        </w:rPr>
        <w:t>八、桌面/窗口（4 个）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20"/>
              </w:rPr>
              <w:t>#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动作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口语指令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结果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30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screen.shot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截个屏给我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31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win.list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现在都开着哪些窗口？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32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win.activate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把浏览器窗口调到最前面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33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win.minimize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最小化一下浏览器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</w:tbl>
    <w:p>
      <w:r>
        <w:rPr>
          <w:b/>
          <w:color w:val="1F3A5F"/>
          <w:sz w:val="34"/>
        </w:rPr>
        <w:t>九、剪贴板（2 个）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20"/>
              </w:rPr>
              <w:t>#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动作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口语指令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结果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34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clip.read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我剪贴板里现在是什么？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35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clip.write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把"这是测试内容"写进我的剪贴板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</w:tbl>
    <w:p>
      <w:r>
        <w:rPr>
          <w:b/>
          <w:color w:val="1F3A5F"/>
          <w:sz w:val="34"/>
        </w:rPr>
        <w:t>十、系统（5 个）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20"/>
              </w:rPr>
              <w:t>#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动作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口语指令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结果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36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sys.info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看看我这台电脑的配置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37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sys.notify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弹个提醒，写"测试成功"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38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sys.recording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录10秒音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39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sys.lock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锁屏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40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sys.run_app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打开记事本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</w:tbl>
    <w:p>
      <w:r>
        <w:rPr>
          <w:b/>
          <w:color w:val="1F3A5F"/>
          <w:sz w:val="34"/>
        </w:rPr>
        <w:t>🔴 重点排查区（已知出过问题）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20"/>
              </w:rPr>
              <w:t>动作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历史问题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本次重点看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fs.search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老往 C:\Program Files 搜 → "目录未授权"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是否只在白名单目录里搜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screen.shot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打包版 .bat 被封印 → ENOENT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现在能不能正常出图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img.convert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不支持 webp/avif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传 webp 时是否明确报错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右键菜单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v3 重写丢过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在智友里复制/粘贴能不能用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所有动作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参数名不匹配会静默失败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返回成功时，结果文件真的是对的吗</w:t>
            </w:r>
          </w:p>
        </w:tc>
      </w:tr>
    </w:tbl>
    <w:p>
      <w:r>
        <w:rPr>
          <w:b/>
          <w:color w:val="1F3A5F"/>
          <w:sz w:val="34"/>
        </w:rPr>
        <w:t>测完给我什么</w:t>
      </w:r>
    </w:p>
    <w:p>
      <w:r>
        <w:rPr>
          <w:sz w:val="22"/>
        </w:rPr>
        <w:t>每个 ❌ 的，记三样：</w:t>
      </w:r>
    </w:p>
    <w:p>
      <w:r>
        <w:rPr>
          <w:sz w:val="22"/>
        </w:rPr>
        <w:t xml:space="preserve">1. </w:t>
      </w:r>
      <w:r>
        <w:rPr>
          <w:b/>
          <w:sz w:val="22"/>
        </w:rPr>
        <w:t>哪个动作</w:t>
      </w:r>
    </w:p>
    <w:p>
      <w:r>
        <w:rPr>
          <w:sz w:val="22"/>
        </w:rPr>
        <w:t xml:space="preserve">2. </w:t>
      </w:r>
      <w:r>
        <w:rPr>
          <w:b/>
          <w:sz w:val="22"/>
        </w:rPr>
        <w:t>屏幕上一行错误原文</w:t>
      </w:r>
      <w:r>
        <w:rPr>
          <w:sz w:val="22"/>
        </w:rPr>
        <w:t>（截图最好）</w:t>
      </w:r>
    </w:p>
    <w:p>
      <w:r>
        <w:rPr>
          <w:sz w:val="22"/>
        </w:rPr>
        <w:t xml:space="preserve">3. </w:t>
      </w:r>
      <w:r>
        <w:rPr>
          <w:b/>
          <w:sz w:val="22"/>
        </w:rPr>
        <w:t>你这台机器的用户名</w:t>
      </w:r>
      <w:r>
        <w:rPr>
          <w:sz w:val="22"/>
        </w:rPr>
        <w:t>（我好定位日志）</w:t>
      </w:r>
    </w:p>
    <w:p>
      <w:r>
        <w:rPr>
          <w:sz w:val="22"/>
        </w:rPr>
        <w:t>我按这张表修，修完复测同一项。</w:t>
      </w:r>
    </w:p>
    <w:p>
      <w:r>
        <w:rPr>
          <w:sz w:val="22"/>
        </w:rPr>
        <w:t>*生成：2026-09-14　来源：</w:t>
      </w:r>
      <w:r>
        <w:rPr>
          <w:rFonts w:ascii="Consolas" w:hAnsi="Consolas" w:eastAsia="Consolas"/>
          <w:sz w:val="22"/>
        </w:rPr>
        <w:t>zhiyou-v3/server/action_spec.py</w:t>
      </w:r>
      <w:r>
        <w:rPr>
          <w:sz w:val="22"/>
        </w:rPr>
        <w:t>（运行时权威契约表）*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