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5F"/>
          <w:sz w:val="40"/>
        </w:rPr>
        <w:t>智友Buddy · 40 个动作说明书（v3.0.7）</w:t>
      </w:r>
    </w:p>
    <w:p>
      <w:r>
        <w:rPr>
          <w:sz w:val="22"/>
        </w:rPr>
        <w:t>生成时间：2026-09-16 20:30  ｜  数据源：server/action_spec.py（权威）</w:t>
      </w:r>
    </w:p>
    <w:p>
      <w:r>
        <w:rPr>
          <w:sz w:val="22"/>
        </w:rPr>
        <w:t>本文档列出智友Buddy 客户端支持的全部 40 个本机动作、参数样例、风险等级与安全机制。</w:t>
      </w:r>
    </w:p>
    <w:p>
      <w:r>
        <w:rPr>
          <w:b/>
          <w:color w:val="1F3A5F"/>
          <w:sz w:val="34"/>
        </w:rPr>
        <w:t>一、安全机制（先看这个）</w:t>
      </w:r>
    </w:p>
    <w:p>
      <w:r>
        <w:rPr>
          <w:b/>
          <w:sz w:val="22"/>
        </w:rPr>
        <w:t>路径白名单（硬限制）</w:t>
      </w:r>
      <w:r>
        <w:rPr>
          <w:sz w:val="22"/>
        </w:rPr>
        <w:t xml:space="preserve"> — 所有带路径的动作只允许操作以下目录，其余返回「目录未授权」：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0"/>
              </w:rPr>
              <w:t>允许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禁止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桌面 / 文档 / 下载 / 图片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C:\Program Files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D:\ 盘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C:\Program Files (x86)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E:\ 盘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C:\Windows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用户主动授权的新目录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AppData</w:t>
            </w:r>
          </w:p>
        </w:tc>
      </w:tr>
    </w:tbl>
    <w:p>
      <w:r>
        <w:rPr>
          <w:b/>
          <w:sz w:val="22"/>
        </w:rPr>
        <w:t>默认试运行（dry-run）</w:t>
      </w:r>
      <w:r>
        <w:rPr>
          <w:sz w:val="22"/>
        </w:rPr>
        <w:t xml:space="preserve"> — 以下动作不显式传参时只做预览，绝不真改：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试运行条件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真执行方式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fs.delete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不带 confirm:true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传 confirm:true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file.organize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默认 dry_run:true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传 dry_run:false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file.rename_batch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默认 dry_run:true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传 dry_run:false</w:t>
            </w:r>
          </w:p>
        </w:tc>
      </w:tr>
    </w:tbl>
    <w:p>
      <w:r>
        <w:rPr>
          <w:b/>
          <w:sz w:val="22"/>
        </w:rPr>
        <w:t>二次确认</w:t>
      </w:r>
      <w:r>
        <w:rPr>
          <w:sz w:val="22"/>
        </w:rPr>
        <w:t xml:space="preserve"> — 高危动作（如真删）入队时需用户确认，确认后系统自动把 confirm:true 注入参数。</w:t>
      </w:r>
    </w:p>
    <w:p>
      <w:r>
        <w:rPr>
          <w:b/>
          <w:color w:val="1F3A5F"/>
          <w:sz w:val="34"/>
        </w:rPr>
        <w:t>二、动作总表（40 个）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20"/>
              </w:rPr>
              <w:t>#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说明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风险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fs.mkdir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新建文件夹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fs.list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列出目录内容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fs.search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按名搜索（keyword/pattern/name 均可）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fs.copy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复制（含目录）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fs.move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移动（含目录）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fs.rename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重命名单个文件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fs.delete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删除；不带 confirm 只试运行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🔴 高危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file.rename_batch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批量重命名；默认 dry_run，确认后传 dry_run:false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file.organize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自动归类；by=type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date；默认 dry_run，确认后传 dry_run:false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file.hash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计算 MD5/SHA1/SHA256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file.dedupe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按内容查重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🔴 高危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file.upload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上传本机文件到云端（也可 paths 传多个）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file.download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从云端下载到本机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file.list_remote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查看云端文件列表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doc.read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读取 Word 全文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doc.write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写入 Word；text 里用反斜杠n 表示换行（也接受 content/lines）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xls.read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读取 Excel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xls.write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写入 Excel，rows 是二维数组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ppt.read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读取 PPT 文字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pdf.merge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合并 PDF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21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pdf.split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拆分 PDF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22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pdf.extract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提取 PDF 内图片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23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office.open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用默认程序打开文档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24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office.to_pdf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Word/Excel/PPT 转 PDF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dir.zip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压缩目录/文件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26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dir.unzip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解压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27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img.convert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图片格式转换；dst 扩展名支持 jpg/png/bmp/gif/tiff（不支持 webp/avif）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28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img.compress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图片压缩；quality 1-100，仅对 jpg 有效（dst 用小图.jpg）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29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img.resize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图片等比缩放（框内）；width/height 至少给一个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30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screen.shot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截屏；不传 path 存桌面（也接受 dst/dest）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31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win.list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列出当前打开的窗口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32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win.activate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激活/前置窗口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33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win.minimize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最小化窗口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34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clip.read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读取剪贴板文字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35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clip.write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写入剪贴板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36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sys.info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系统信息（CPU/内存/磁盘）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37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sys.notify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弹窗提醒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38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sys.recording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录音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39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sys.lock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锁屏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🟢 低危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40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sys.run_app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启动白名单应用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🟡 中危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</w:tbl>
    <w:p>
      <w:r>
        <w:rPr>
          <w:b/>
          <w:color w:val="1F3A5F"/>
          <w:sz w:val="34"/>
        </w:rPr>
        <w:t>三、分组详解（含参数样例）</w:t>
      </w:r>
    </w:p>
    <w:p>
      <w:r>
        <w:rPr>
          <w:b/>
          <w:color w:val="1F3A5F"/>
          <w:sz w:val="30"/>
        </w:rPr>
        <w:t>文件系统操作（fs.*）</w:t>
      </w:r>
    </w:p>
    <w:p>
      <w:r>
        <w:rPr>
          <w:sz w:val="22"/>
        </w:rPr>
        <w:t>#### fs.mkdir ⭐</w:t>
      </w:r>
    </w:p>
    <w:p>
      <w:r>
        <w:rPr>
          <w:sz w:val="22"/>
        </w:rPr>
        <w:t>• 说明：新建文件夹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"C:\\Users\\Administrator\\Desktop\\新建文件夹"}</w:t>
      </w:r>
    </w:p>
    <w:p>
      <w:r>
        <w:rPr>
          <w:sz w:val="22"/>
        </w:rPr>
        <w:t>#### fs.list ⭐</w:t>
      </w:r>
    </w:p>
    <w:p>
      <w:r>
        <w:rPr>
          <w:sz w:val="22"/>
        </w:rPr>
        <w:t>• 说明：列出目录内容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"C:\\Users\\Administrator\\Desktop"}</w:t>
      </w:r>
    </w:p>
    <w:p>
      <w:r>
        <w:rPr>
          <w:sz w:val="22"/>
        </w:rPr>
        <w:t>#### fs.search ⭐</w:t>
      </w:r>
    </w:p>
    <w:p>
      <w:r>
        <w:rPr>
          <w:sz w:val="22"/>
        </w:rPr>
        <w:t>• 说明：按名搜索（keyword/pattern/name 均可）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必填参数：root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{"root": "C:\\Users\\Administrator\\Desktop", "keyword": "关键字"}</w:t>
      </w:r>
    </w:p>
    <w:p>
      <w:r>
        <w:rPr>
          <w:sz w:val="22"/>
        </w:rPr>
        <w:t>#### fs.copy ⭐</w:t>
      </w:r>
    </w:p>
    <w:p>
      <w:r>
        <w:rPr>
          <w:sz w:val="22"/>
        </w:rPr>
        <w:t>• 说明：复制（含目录）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必填参数：src, dst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{"src": "C:\\...\\源文件", "dst": "C:\\...\\目标位置"}</w:t>
      </w:r>
    </w:p>
    <w:p>
      <w:r>
        <w:rPr>
          <w:sz w:val="22"/>
        </w:rPr>
        <w:t>#### fs.move ⭐</w:t>
      </w:r>
    </w:p>
    <w:p>
      <w:r>
        <w:rPr>
          <w:sz w:val="22"/>
        </w:rPr>
        <w:t>• 说明：移动（含目录）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必填参数：src, dst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{"src": "C:\\...\\源", "dst": "C:\\...\\目标"}</w:t>
      </w:r>
    </w:p>
    <w:p>
      <w:r>
        <w:rPr>
          <w:sz w:val="22"/>
        </w:rPr>
        <w:t>#### fs.rename ⭐</w:t>
      </w:r>
    </w:p>
    <w:p>
      <w:r>
        <w:rPr>
          <w:sz w:val="22"/>
        </w:rPr>
        <w:t>• 说明：重命名单个文件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必填参数：src, name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{"src": "C:\\...\\旧名.txt", "name": "新名.txt"}</w:t>
      </w:r>
    </w:p>
    <w:p>
      <w:r>
        <w:rPr>
          <w:sz w:val="22"/>
        </w:rPr>
        <w:t>#### fs.delete ⭐</w:t>
      </w:r>
    </w:p>
    <w:p>
      <w:r>
        <w:rPr>
          <w:sz w:val="22"/>
        </w:rPr>
        <w:t>• 说明：删除；不带 confirm 只试运行</w:t>
      </w:r>
    </w:p>
    <w:p>
      <w:r>
        <w:rPr>
          <w:sz w:val="22"/>
        </w:rPr>
        <w:t>• 风险等级：🔴 高危</w:t>
      </w:r>
    </w:p>
    <w:p>
      <w:r>
        <w:rPr>
          <w:sz w:val="22"/>
        </w:rPr>
        <w:t>• 必填参数：targets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{"targets": ["C:\\...\\要删的东西"], "confirm": true}</w:t>
      </w:r>
    </w:p>
    <w:p>
      <w:r>
        <w:rPr>
          <w:b/>
          <w:color w:val="1F3A5F"/>
          <w:sz w:val="30"/>
        </w:rPr>
        <w:t>文件批量处理（file.*）</w:t>
      </w:r>
    </w:p>
    <w:p>
      <w:r>
        <w:rPr>
          <w:sz w:val="22"/>
        </w:rPr>
        <w:t>#### file.rename_batch ⭐</w:t>
      </w:r>
    </w:p>
    <w:p>
      <w:r>
        <w:rPr>
          <w:sz w:val="22"/>
        </w:rPr>
        <w:t>• 说明：批量重命名；默认 dry_run，确认后传 dry_run:false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必填参数：folder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{"folder": "C:\\...\\目录", "mode": "replace", "find": "旧", "replace": "新", "prefix": "前缀", "suffix": "后缀", "start": 1, "pad": 3, "ext": ".txt", "dry_run": true}</w:t>
      </w:r>
    </w:p>
    <w:p>
      <w:r>
        <w:rPr>
          <w:sz w:val="22"/>
        </w:rPr>
        <w:t>#### file.organize ⭐</w:t>
      </w:r>
    </w:p>
    <w:p>
      <w:r>
        <w:rPr>
          <w:sz w:val="22"/>
        </w:rPr>
        <w:t>• 说明：自动归类；by=type|date；默认 dry_run，确认后传 dry_run:false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必填参数：folder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{"folder": "C:\\...\\目录", "by": "type", "move": true, "dry_run": true}</w:t>
      </w:r>
    </w:p>
    <w:p>
      <w:r>
        <w:rPr>
          <w:sz w:val="22"/>
        </w:rPr>
        <w:t>#### file.hash</w:t>
      </w:r>
    </w:p>
    <w:p>
      <w:r>
        <w:rPr>
          <w:sz w:val="22"/>
        </w:rPr>
        <w:t>• 说明：计算 MD5/SHA1/SHA256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"C:\\...\\文件"}</w:t>
      </w:r>
    </w:p>
    <w:p>
      <w:r>
        <w:rPr>
          <w:sz w:val="22"/>
        </w:rPr>
        <w:t>#### file.dedupe</w:t>
      </w:r>
    </w:p>
    <w:p>
      <w:r>
        <w:rPr>
          <w:sz w:val="22"/>
        </w:rPr>
        <w:t>• 说明：按内容查重</w:t>
      </w:r>
    </w:p>
    <w:p>
      <w:r>
        <w:rPr>
          <w:sz w:val="22"/>
        </w:rPr>
        <w:t>• 风险等级：🔴 高危</w:t>
      </w:r>
    </w:p>
    <w:p>
      <w:r>
        <w:rPr>
          <w:sz w:val="22"/>
        </w:rPr>
        <w:t>• 必填参数：root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{"root": "C:\\...\\目录", "min_size": 1024}</w:t>
      </w:r>
    </w:p>
    <w:p>
      <w:r>
        <w:rPr>
          <w:sz w:val="22"/>
        </w:rPr>
        <w:t>#### file.upload ⭐</w:t>
      </w:r>
    </w:p>
    <w:p>
      <w:r>
        <w:rPr>
          <w:sz w:val="22"/>
        </w:rPr>
        <w:t>• 说明：上传本机文件到云端（也可 paths 传多个）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"C:\\...\\要传的文件"}</w:t>
      </w:r>
    </w:p>
    <w:p>
      <w:r>
        <w:rPr>
          <w:sz w:val="22"/>
        </w:rPr>
        <w:t>#### file.download ⭐</w:t>
      </w:r>
    </w:p>
    <w:p>
      <w:r>
        <w:rPr>
          <w:sz w:val="22"/>
        </w:rPr>
        <w:t>• 说明：从云端下载到本机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必填参数：name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{"name": "云端文件名", "dest": "C:\\...\\存到哪"}</w:t>
      </w:r>
    </w:p>
    <w:p>
      <w:r>
        <w:rPr>
          <w:sz w:val="22"/>
        </w:rPr>
        <w:t>#### file.list_remote ⭐</w:t>
      </w:r>
    </w:p>
    <w:p>
      <w:r>
        <w:rPr>
          <w:sz w:val="22"/>
        </w:rPr>
        <w:t>• 说明：查看云端文件列表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{}</w:t>
      </w:r>
    </w:p>
    <w:p>
      <w:r>
        <w:rPr>
          <w:b/>
          <w:color w:val="1F3A5F"/>
          <w:sz w:val="30"/>
        </w:rPr>
        <w:t>文档读写（doc.*）</w:t>
      </w:r>
    </w:p>
    <w:p>
      <w:r>
        <w:rPr>
          <w:sz w:val="22"/>
        </w:rPr>
        <w:t>#### doc.read ⭐</w:t>
      </w:r>
    </w:p>
    <w:p>
      <w:r>
        <w:rPr>
          <w:sz w:val="22"/>
        </w:rPr>
        <w:t>• 说明：读取 Word 全文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"C:\\...\\文件.docx"}</w:t>
      </w:r>
    </w:p>
    <w:p>
      <w:r>
        <w:rPr>
          <w:sz w:val="22"/>
        </w:rPr>
        <w:t>#### doc.write ⭐</w:t>
      </w:r>
    </w:p>
    <w:p>
      <w:r>
        <w:rPr>
          <w:sz w:val="22"/>
        </w:rPr>
        <w:t>• 说明：写入 Word；text 里用反斜杠n 表示换行（也接受 content/lines）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必填参数：path, text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"C:\\...\\新文件.docx", "text": "段落1\\n段落2"}</w:t>
      </w:r>
    </w:p>
    <w:p>
      <w:r>
        <w:rPr>
          <w:b/>
          <w:color w:val="1F3A5F"/>
          <w:sz w:val="30"/>
        </w:rPr>
        <w:t>表格读写（xls.*）</w:t>
      </w:r>
    </w:p>
    <w:p>
      <w:r>
        <w:rPr>
          <w:sz w:val="22"/>
        </w:rPr>
        <w:t>#### xls.read ⭐</w:t>
      </w:r>
    </w:p>
    <w:p>
      <w:r>
        <w:rPr>
          <w:sz w:val="22"/>
        </w:rPr>
        <w:t>• 说明：读取 Excel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"C:\\...\\表.xlsx", "sheet": null, "limit": 200}</w:t>
      </w:r>
    </w:p>
    <w:p>
      <w:r>
        <w:rPr>
          <w:sz w:val="22"/>
        </w:rPr>
        <w:t>#### xls.write ⭐</w:t>
      </w:r>
    </w:p>
    <w:p>
      <w:r>
        <w:rPr>
          <w:sz w:val="22"/>
        </w:rPr>
        <w:t>• 说明：写入 Excel，rows 是二维数组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必填参数：path, rows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"C:\\...\\新表.xlsx", "rows": [["表头1", "表头2"], ["值1", "值2"]]}</w:t>
      </w:r>
    </w:p>
    <w:p>
      <w:r>
        <w:rPr>
          <w:b/>
          <w:color w:val="1F3A5F"/>
          <w:sz w:val="30"/>
        </w:rPr>
        <w:t>演示文稿（ppt.*）</w:t>
      </w:r>
    </w:p>
    <w:p>
      <w:r>
        <w:rPr>
          <w:sz w:val="22"/>
        </w:rPr>
        <w:t>#### ppt.read</w:t>
      </w:r>
    </w:p>
    <w:p>
      <w:r>
        <w:rPr>
          <w:sz w:val="22"/>
        </w:rPr>
        <w:t>• 说明：读取 PPT 文字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"C:\\...\\文件.pptx"}</w:t>
      </w:r>
    </w:p>
    <w:p>
      <w:r>
        <w:rPr>
          <w:b/>
          <w:color w:val="1F3A5F"/>
          <w:sz w:val="30"/>
        </w:rPr>
        <w:t>PDF 处理（pdf.*）</w:t>
      </w:r>
    </w:p>
    <w:p>
      <w:r>
        <w:rPr>
          <w:sz w:val="22"/>
        </w:rPr>
        <w:t>#### pdf.merge</w:t>
      </w:r>
    </w:p>
    <w:p>
      <w:r>
        <w:rPr>
          <w:sz w:val="22"/>
        </w:rPr>
        <w:t>• 说明：合并 PDF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必填参数：files, dst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{"files": ["C:\\...\\a.pdf", "C:\\...\\b.pdf"], "dst": "C:\\...\\合并.pdf"}</w:t>
      </w:r>
    </w:p>
    <w:p>
      <w:r>
        <w:rPr>
          <w:sz w:val="22"/>
        </w:rPr>
        <w:t>#### pdf.split</w:t>
      </w:r>
    </w:p>
    <w:p>
      <w:r>
        <w:rPr>
          <w:sz w:val="22"/>
        </w:rPr>
        <w:t>• 说明：拆分 PDF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"C:\\...\\文件.pdf", "dst_dir": "C:\\...\\输出目录"}</w:t>
      </w:r>
    </w:p>
    <w:p>
      <w:r>
        <w:rPr>
          <w:sz w:val="22"/>
        </w:rPr>
        <w:t>#### pdf.extract</w:t>
      </w:r>
    </w:p>
    <w:p>
      <w:r>
        <w:rPr>
          <w:sz w:val="22"/>
        </w:rPr>
        <w:t>• 说明：提取 PDF 内图片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"C:\\...\\文件.pdf", "dst_dir": "C:\\...\\图片目录"}</w:t>
      </w:r>
    </w:p>
    <w:p>
      <w:r>
        <w:rPr>
          <w:b/>
          <w:color w:val="1F3A5F"/>
          <w:sz w:val="30"/>
        </w:rPr>
        <w:t>图片处理（img.*）</w:t>
      </w:r>
    </w:p>
    <w:p>
      <w:r>
        <w:rPr>
          <w:sz w:val="22"/>
        </w:rPr>
        <w:t>#### img.convert</w:t>
      </w:r>
    </w:p>
    <w:p>
      <w:r>
        <w:rPr>
          <w:sz w:val="22"/>
        </w:rPr>
        <w:t>• 说明：图片格式转换；dst 扩展名支持 jpg/png/bmp/gif/tiff（不支持 webp/avif）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"C:\\...\\图.png", "dst": "C:\\...\\图.jpg", "quality": 90}</w:t>
      </w:r>
    </w:p>
    <w:p>
      <w:r>
        <w:rPr>
          <w:sz w:val="22"/>
        </w:rPr>
        <w:t>#### img.compress</w:t>
      </w:r>
    </w:p>
    <w:p>
      <w:r>
        <w:rPr>
          <w:sz w:val="22"/>
        </w:rPr>
        <w:t>• 说明：图片压缩；quality 1-100，仅对 jpg 有效（dst 用小图.jpg）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"C:\\...\\图.jpg", "dst": "C:\\...\\小图.jpg", "quality": 70}</w:t>
      </w:r>
    </w:p>
    <w:p>
      <w:r>
        <w:rPr>
          <w:sz w:val="22"/>
        </w:rPr>
        <w:t>#### img.resize</w:t>
      </w:r>
    </w:p>
    <w:p>
      <w:r>
        <w:rPr>
          <w:sz w:val="22"/>
        </w:rPr>
        <w:t>• 说明：图片等比缩放（框内）；width/height 至少给一个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"C:\\...\\图.jpg", "dst": "C:\\...\\缩放.jpg", "width": 800, "height": 600}</w:t>
      </w:r>
    </w:p>
    <w:p>
      <w:r>
        <w:rPr>
          <w:b/>
          <w:color w:val="1F3A5F"/>
          <w:sz w:val="30"/>
        </w:rPr>
        <w:t>Office 互转（office.*）</w:t>
      </w:r>
    </w:p>
    <w:p>
      <w:r>
        <w:rPr>
          <w:sz w:val="22"/>
        </w:rPr>
        <w:t>#### office.open</w:t>
      </w:r>
    </w:p>
    <w:p>
      <w:r>
        <w:rPr>
          <w:sz w:val="22"/>
        </w:rPr>
        <w:t>• 说明：用默认程序打开文档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"C:\\...\\文件.docx", "as_pdf": false}</w:t>
      </w:r>
    </w:p>
    <w:p>
      <w:r>
        <w:rPr>
          <w:sz w:val="22"/>
        </w:rPr>
        <w:t>#### office.to_pdf</w:t>
      </w:r>
    </w:p>
    <w:p>
      <w:r>
        <w:rPr>
          <w:sz w:val="22"/>
        </w:rPr>
        <w:t>• 说明：Word/Excel/PPT 转 PDF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必填参数：path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"C:\\...\\文件.docx", "dst": "C:\\...\\输出.pdf"}</w:t>
      </w:r>
    </w:p>
    <w:p>
      <w:r>
        <w:rPr>
          <w:b/>
          <w:color w:val="1F3A5F"/>
          <w:sz w:val="30"/>
        </w:rPr>
        <w:t>屏幕操作（screen.*）</w:t>
      </w:r>
    </w:p>
    <w:p>
      <w:r>
        <w:rPr>
          <w:sz w:val="22"/>
        </w:rPr>
        <w:t>#### screen.shot ⭐</w:t>
      </w:r>
    </w:p>
    <w:p>
      <w:r>
        <w:rPr>
          <w:sz w:val="22"/>
        </w:rPr>
        <w:t>• 说明：截屏；不传 path 存桌面（也接受 dst/dest）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"C:\\...\\截图.png", "monitor": 1}</w:t>
      </w:r>
    </w:p>
    <w:p>
      <w:r>
        <w:rPr>
          <w:b/>
          <w:color w:val="1F3A5F"/>
          <w:sz w:val="30"/>
        </w:rPr>
        <w:t>系统操作（sys.*）</w:t>
      </w:r>
    </w:p>
    <w:p>
      <w:r>
        <w:rPr>
          <w:sz w:val="22"/>
        </w:rPr>
        <w:t>#### sys.info ⭐</w:t>
      </w:r>
    </w:p>
    <w:p>
      <w:r>
        <w:rPr>
          <w:sz w:val="22"/>
        </w:rPr>
        <w:t>• 说明：系统信息（CPU/内存/磁盘）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{}</w:t>
      </w:r>
    </w:p>
    <w:p>
      <w:r>
        <w:rPr>
          <w:sz w:val="22"/>
        </w:rPr>
        <w:t>#### sys.notify ⭐</w:t>
      </w:r>
    </w:p>
    <w:p>
      <w:r>
        <w:rPr>
          <w:sz w:val="22"/>
        </w:rPr>
        <w:t>• 说明：弹窗提醒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必填参数：msg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{"title": "标题", "msg": "内容"}</w:t>
      </w:r>
    </w:p>
    <w:p>
      <w:r>
        <w:rPr>
          <w:sz w:val="22"/>
        </w:rPr>
        <w:t>#### sys.recording</w:t>
      </w:r>
    </w:p>
    <w:p>
      <w:r>
        <w:rPr>
          <w:sz w:val="22"/>
        </w:rPr>
        <w:t>• 说明：录音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{"path": "C:\\...\\录音.wav", "seconds": 10, "rate": 16000}</w:t>
      </w:r>
    </w:p>
    <w:p>
      <w:r>
        <w:rPr>
          <w:sz w:val="22"/>
        </w:rPr>
        <w:t>#### sys.lock</w:t>
      </w:r>
    </w:p>
    <w:p>
      <w:r>
        <w:rPr>
          <w:sz w:val="22"/>
        </w:rPr>
        <w:t>• 说明：锁屏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{}</w:t>
      </w:r>
    </w:p>
    <w:p>
      <w:r>
        <w:rPr>
          <w:sz w:val="22"/>
        </w:rPr>
        <w:t>#### sys.run_app</w:t>
      </w:r>
    </w:p>
    <w:p>
      <w:r>
        <w:rPr>
          <w:sz w:val="22"/>
        </w:rPr>
        <w:t>• 说明：启动白名单应用</w:t>
      </w:r>
    </w:p>
    <w:p>
      <w:r>
        <w:rPr>
          <w:sz w:val="22"/>
        </w:rPr>
        <w:t>• 风险等级：🟡 中危</w:t>
      </w:r>
    </w:p>
    <w:p>
      <w:r>
        <w:rPr>
          <w:sz w:val="22"/>
        </w:rPr>
        <w:t>• 必填参数：app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{"app": "notepad", "args": []}</w:t>
      </w:r>
    </w:p>
    <w:p>
      <w:r>
        <w:rPr>
          <w:b/>
          <w:color w:val="1F3A5F"/>
          <w:sz w:val="30"/>
        </w:rPr>
        <w:t>窗口管理（win.*）</w:t>
      </w:r>
    </w:p>
    <w:p>
      <w:r>
        <w:rPr>
          <w:sz w:val="22"/>
        </w:rPr>
        <w:t>#### win.list</w:t>
      </w:r>
    </w:p>
    <w:p>
      <w:r>
        <w:rPr>
          <w:sz w:val="22"/>
        </w:rPr>
        <w:t>• 说明：列出当前打开的窗口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{}</w:t>
      </w:r>
    </w:p>
    <w:p>
      <w:r>
        <w:rPr>
          <w:sz w:val="22"/>
        </w:rPr>
        <w:t>#### win.activate</w:t>
      </w:r>
    </w:p>
    <w:p>
      <w:r>
        <w:rPr>
          <w:sz w:val="22"/>
        </w:rPr>
        <w:t>• 说明：激活/前置窗口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必填参数：title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{"title": "窗口标题关键字"}</w:t>
      </w:r>
    </w:p>
    <w:p>
      <w:r>
        <w:rPr>
          <w:sz w:val="22"/>
        </w:rPr>
        <w:t>#### win.minimize</w:t>
      </w:r>
    </w:p>
    <w:p>
      <w:r>
        <w:rPr>
          <w:sz w:val="22"/>
        </w:rPr>
        <w:t>• 说明：最小化窗口</w:t>
      </w:r>
    </w:p>
    <w:p>
      <w:r>
        <w:rPr>
          <w:sz w:val="22"/>
        </w:rPr>
        <w:t>• 风险等级：🟢 低危</w:t>
      </w:r>
    </w:p>
    <w:p>
      <w:r>
        <w:rPr>
          <w:sz w:val="22"/>
        </w:rPr>
        <w:t>• 必填参数：title</w:t>
      </w:r>
    </w:p>
    <w:p>
      <w:r>
        <w:rPr>
          <w:sz w:val="22"/>
        </w:rPr>
        <w:t>• 参数样例：</w:t>
      </w:r>
      <w:r>
        <w:rPr>
          <w:rFonts w:ascii="Consolas" w:hAnsi="Consolas" w:eastAsia="Consolas"/>
          <w:sz w:val="22"/>
        </w:rPr>
        <w:t>{"title": "窗口标题关键字"}</w:t>
      </w:r>
    </w:p>
    <w:p>
      <w:r>
        <w:rPr>
          <w:b/>
          <w:color w:val="1F3A5F"/>
          <w:sz w:val="34"/>
        </w:rPr>
        <w:t>四、常用动作速查（优先用这些）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0"/>
              </w:rPr>
              <w:t>动作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参数样例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fs.list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`{"path": "C:\\Users\\Administrator\\Desktop"}`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fs.search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`{"root": "C:\\Users\\Administrator\\Desktop", "keyword": "关键字"}`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fs.mkdir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`{"path": "C:\\Users\\Administrator\\Desktop\\新建文件夹"}`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fs.copy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`{"src": "C:\\...\\源文件", "dst": "C:\\...\\目标位置"}`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fs.move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`{"src": "C:\\...\\源", "dst": "C:\\...\\目标"}`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fs.rename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`{"src": "C:\\...\\旧名.txt", "name": "新名.txt"}`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fs.delete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`{"targets": ["C:\\...\\要删的东西"], "confirm": true}`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file.organize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`{"folder": "C:\\...\\目录", "by": "type", "move": true, "dry_run": true}`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file.rename_batch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`{"folder": "C:\\...\\目录", "mode": "replace", "find": "旧", "replace": "新", "prefix": "前缀", "suffix": "后缀", "start": 1, "pad": 3, "ext": ".txt", "dry_run": true}`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doc.read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`{"path": "C:\\...\\文件.docx"}`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doc.write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`{"path": "C:\\...\\新文件.docx", "text": "段落1\\n段落2"}`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xls.read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`{"path": "C:\\...\\表.xlsx", "sheet": null, "limit": 200}`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xls.write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`{"path": "C:\\...\\新表.xlsx", "rows": [["表头1", "表头2"], ["值1", "值2"]]}`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file.upload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`{"path": "C:\\...\\要传的文件"}`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file.download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`{"name": "云端文件名", "dest": "C:\\...\\存到哪"}`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file.list_remote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screen.shot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`{"path": "C:\\...\\截图.png", "monitor": 1}`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sys.info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`{}`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sys.notify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`{"title": "标题", "msg": "内容"}`</w:t>
            </w:r>
          </w:p>
        </w:tc>
      </w:tr>
    </w:tbl>
    <w:p>
      <w:r>
        <w:rPr>
          <w:sz w:val="22"/>
        </w:rPr>
        <w:t>⭐ = 常用动作（共 19 个）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